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Qué falta en esta ficha técnica</w:t>
      </w:r>
    </w:p>
    <w:p>
      <w:r>
        <w:t>Plantilla editable · Producto · v1.0 · 11 octubre 2026</w:t>
      </w:r>
    </w:p>
    <w:p>
      <w:r>
        <w:t>Detecta cinco errores de documentación y decide qué puede publicarse y qué debe quedar pendiente.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Campo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Dato mostrado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Fuente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Problema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Respuesta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Estado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de revisión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/recursos/errores-ficha/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