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Imagen de catálogo aceptar o rechazar</w:t>
      </w:r>
    </w:p>
    <w:p>
      <w:r>
        <w:t>Plantilla editable · Producto · v1.0 · 11 octubre 2026</w:t>
      </w:r>
    </w:p>
    <w:p>
      <w:r>
        <w:t>Compara referencia, etiqueta, proporciones y accesorios antes de aceptar una imagen. Incluye una lámina comparativa con los criterios de revisión.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SKU / versión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Archivo original / derechos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Destino y dimensiones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Cambios permitidos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Identidad / proporción / etiqueta / color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Defecto localizado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Decisión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Revisor / fecha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/recursos/imagen-catalogo/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