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 lanzamiento preparado para distribuidores</w:t>
      </w:r>
    </w:p>
    <w:p>
      <w:r>
        <w:t>Plantilla editable · Marketing · v1.0 · 11 octubre 2026</w:t>
      </w:r>
    </w:p>
    <w:p>
      <w:r>
        <w:t>Coordina producto, ventas y comunicación antes de anunciar una nueva referencia.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Objetivo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Audiencia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Referencia / fuente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Mensaje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Evidencia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Condiciones autorizadas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Email / página / banner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 de solicitudes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/ métricas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/recursos/lanzamiento-distribuidores/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