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Cómo probar una IA antes de contratarla</w:t>
      </w:r>
    </w:p>
    <w:p>
      <w:r>
        <w:t>Plantilla editable · Marketing · v1.0 · 11 octubre 2026</w:t>
      </w:r>
    </w:p>
    <w:p>
      <w:r>
        <w:t>Lleva el mismo conjunto de casos a cada demostración y registra tanto los aciertos como las correcciones necesarias.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Caso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Usuario / permiso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Entrada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Fuente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Resultado esperado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Resultado observado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Corrección necesaria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Tiempo total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Aceptación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Incidencia crítica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/recursos/probar-ia/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