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Pulso de prácticas de catálogo y ventas</w:t>
      </w:r>
    </w:p>
    <w:p>
      <w:r>
        <w:t>Plantilla editable · Marketing · v1.0 · 11 octubre 2026</w:t>
      </w:r>
    </w:p>
    <w:p>
      <w:r>
        <w:t>Cuestionario y método para aprender de los miembros sin convertir una muestra pequeña en un estudio representativo.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Periodo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Población invitada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Respuestas válidas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Criterio de duplicados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Pregunta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Recuento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Denominador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Limitación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Decisión editorial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/recursos/pulso-practicas/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