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Una reunión que termina con responsables</w:t>
      </w:r>
    </w:p>
    <w:p>
      <w:r>
        <w:t>Plantilla editable · Comercial · v1.0 · 11 octubre 2026</w:t>
      </w:r>
    </w:p>
    <w:p>
      <w:r>
        <w:t>Convierte la conversación entre producto y ventas en decisiones, pendientes y acciones verificables.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Objetivo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Participantes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Decisión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Dato pendiente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Acción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Responsable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Fecha acordada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Evidencia de cierre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Destinatarios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/recursos/reunion-decisiones/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