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Cinco seguimientos que aportan algo</w:t>
      </w:r>
    </w:p>
    <w:p>
      <w:r>
        <w:t>Plantilla editable · Comercial · v1.0 · 11 octubre 2026</w:t>
      </w:r>
    </w:p>
    <w:p>
      <w:r>
        <w:t>Elige el mensaje según el bloqueo real de la oportunidad y acuerda un próximo paso útil.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Oportunidad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Estado confirmado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Último acuerdo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Bloqueo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Material útil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Mensaje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Próxima acción autorizada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Fecha o pausa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/recursos/seguimiento-ofertas/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