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Biblioteca sin versiones contradictorias</w:t>
      </w:r>
    </w:p>
    <w:p>
      <w:r>
        <w:t>Plantilla editable · Producto · v1.0 · 11 octubre 2026</w:t>
      </w:r>
    </w:p>
    <w:p>
      <w:r>
        <w:t>Establece cómo identificar, aprobar y retirar un documento sin convertir las carpetas en un laberinto.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Documento / SKU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Versión / estado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Propietario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Fuente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Revisor técnico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Aprobación comercial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Sustituye 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Ubicación vigente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Destinatarios del cambio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/recursos/versiones-documentales/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